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90"/>
        <w:gridCol w:w="310"/>
      </w:tblGrid>
      <w:tr w:rsidR="001F69D4" w14:paraId="57D60D35" w14:textId="77777777" w:rsidTr="006666CC">
        <w:trPr>
          <w:jc w:val="center"/>
        </w:trPr>
        <w:tc>
          <w:tcPr>
            <w:tcW w:w="10490" w:type="dxa"/>
          </w:tcPr>
          <w:p w14:paraId="486C366E" w14:textId="77777777" w:rsidR="001F69D4" w:rsidRDefault="006666CC" w:rsidP="006666CC">
            <w:pPr>
              <w:spacing w:after="40"/>
              <w:jc w:val="center"/>
            </w:pPr>
            <w:r>
              <w:rPr>
                <w:rFonts w:ascii="Arial" w:hAnsi="Arial"/>
                <w:b/>
                <w:color w:val="002B49"/>
              </w:rPr>
              <w:t xml:space="preserve">              </w:t>
            </w:r>
            <w:r w:rsidR="00FB42D4" w:rsidRPr="006666CC">
              <w:rPr>
                <w:rFonts w:ascii="Arial" w:hAnsi="Arial"/>
                <w:b/>
                <w:color w:val="002B49"/>
                <w:sz w:val="32"/>
              </w:rPr>
              <w:t>UNIVERSIDAD AUTÓNOMA DE SAN LUIS POTOSÍ</w:t>
            </w:r>
            <w:r w:rsidR="00FB42D4">
              <w:rPr>
                <w:rFonts w:ascii="Arial" w:hAnsi="Arial"/>
                <w:b/>
                <w:color w:val="002B49"/>
              </w:rPr>
              <w:br/>
            </w:r>
            <w:r w:rsidR="00FB42D4">
              <w:rPr>
                <w:rFonts w:ascii="Arial" w:hAnsi="Arial"/>
                <w:b/>
                <w:color w:val="002B49"/>
                <w:sz w:val="19"/>
              </w:rPr>
              <w:br/>
            </w:r>
          </w:p>
        </w:tc>
        <w:tc>
          <w:tcPr>
            <w:tcW w:w="310" w:type="dxa"/>
          </w:tcPr>
          <w:p w14:paraId="7A70E38A" w14:textId="77777777" w:rsidR="001F69D4" w:rsidRDefault="001F69D4">
            <w:pPr>
              <w:spacing w:after="40"/>
              <w:jc w:val="right"/>
            </w:pPr>
          </w:p>
        </w:tc>
      </w:tr>
      <w:tr w:rsidR="001F69D4" w14:paraId="3B240A7A" w14:textId="77777777">
        <w:trPr>
          <w:jc w:val="center"/>
        </w:trPr>
        <w:tc>
          <w:tcPr>
            <w:tcW w:w="10800" w:type="dxa"/>
            <w:gridSpan w:val="2"/>
            <w:tcBorders>
              <w:top w:val="single" w:sz="8" w:space="0" w:color="002B49"/>
              <w:bottom w:val="single" w:sz="8" w:space="0" w:color="002B49"/>
            </w:tcBorders>
            <w:shd w:val="clear" w:color="auto" w:fill="F0F4F8"/>
          </w:tcPr>
          <w:p w14:paraId="49C58FA2" w14:textId="77777777" w:rsidR="001F69D4" w:rsidRDefault="006666CC">
            <w:pPr>
              <w:spacing w:before="120" w:after="120"/>
              <w:jc w:val="center"/>
            </w:pPr>
            <w:r>
              <w:rPr>
                <w:rFonts w:ascii="Arial" w:hAnsi="Arial"/>
                <w:b/>
                <w:color w:val="002B49"/>
                <w:sz w:val="26"/>
              </w:rPr>
              <w:t xml:space="preserve">       </w:t>
            </w:r>
            <w:r w:rsidR="00FB42D4">
              <w:rPr>
                <w:rFonts w:ascii="Arial" w:hAnsi="Arial"/>
                <w:b/>
                <w:color w:val="002B49"/>
                <w:sz w:val="26"/>
              </w:rPr>
              <w:t>REPORTE MENSUAL DE ACTIVIDADES DEL SERVICIO SOCIAL</w:t>
            </w:r>
          </w:p>
        </w:tc>
      </w:tr>
    </w:tbl>
    <w:p w14:paraId="70B2AEE1" w14:textId="77777777" w:rsidR="001F69D4" w:rsidRDefault="006666CC">
      <w:pPr>
        <w:spacing w:before="80" w:after="80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7B44C5C6" wp14:editId="18643019">
            <wp:simplePos x="0" y="0"/>
            <wp:positionH relativeFrom="column">
              <wp:posOffset>49530</wp:posOffset>
            </wp:positionH>
            <wp:positionV relativeFrom="paragraph">
              <wp:posOffset>-1219200</wp:posOffset>
            </wp:positionV>
            <wp:extent cx="654050" cy="809625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5695E99A" wp14:editId="502F8D77">
            <wp:simplePos x="0" y="0"/>
            <wp:positionH relativeFrom="rightMargin">
              <wp:posOffset>-541020</wp:posOffset>
            </wp:positionH>
            <wp:positionV relativeFrom="paragraph">
              <wp:posOffset>-1166495</wp:posOffset>
            </wp:positionV>
            <wp:extent cx="571500" cy="737870"/>
            <wp:effectExtent l="0" t="0" r="0" b="508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11"/>
        <w:gridCol w:w="3379"/>
        <w:gridCol w:w="2011"/>
        <w:gridCol w:w="3379"/>
        <w:gridCol w:w="20"/>
      </w:tblGrid>
      <w:tr w:rsidR="001F69D4" w14:paraId="1E7C5D45" w14:textId="77777777">
        <w:trPr>
          <w:gridAfter w:val="1"/>
          <w:wAfter w:w="20" w:type="dxa"/>
          <w:jc w:val="center"/>
        </w:trPr>
        <w:tc>
          <w:tcPr>
            <w:tcW w:w="10800" w:type="dxa"/>
            <w:gridSpan w:val="4"/>
            <w:shd w:val="clear" w:color="auto" w:fill="002B4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EBCF4C" w14:textId="77777777" w:rsidR="001F69D4" w:rsidRDefault="00FB42D4">
            <w:pPr>
              <w:spacing w:after="0"/>
            </w:pPr>
            <w:r w:rsidRPr="00484116">
              <w:rPr>
                <w:rFonts w:ascii="Arial" w:hAnsi="Arial"/>
                <w:b/>
                <w:color w:val="FFFFFF"/>
                <w:sz w:val="20"/>
              </w:rPr>
              <w:t>1. INFORMACIÓN GENERAL Y DEL PRESTADOR</w:t>
            </w:r>
          </w:p>
        </w:tc>
      </w:tr>
      <w:tr w:rsidR="001F69D4" w14:paraId="340BB26D" w14:textId="77777777">
        <w:tblPrEx>
          <w:tblBorders>
            <w:top w:val="single" w:sz="2" w:space="0" w:color="D0D7DE"/>
            <w:bottom w:val="single" w:sz="2" w:space="0" w:color="D0D7DE"/>
            <w:insideH w:val="single" w:sz="2" w:space="0" w:color="E0E0E0"/>
          </w:tblBorders>
        </w:tblPrEx>
        <w:trPr>
          <w:jc w:val="center"/>
        </w:trPr>
        <w:tc>
          <w:tcPr>
            <w:tcW w:w="2016" w:type="dxa"/>
            <w:shd w:val="clear" w:color="auto" w:fill="F9FAFC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412DE8F" w14:textId="77777777" w:rsidR="001F69D4" w:rsidRDefault="00FB42D4">
            <w:pPr>
              <w:spacing w:after="0"/>
            </w:pPr>
            <w:r>
              <w:rPr>
                <w:rFonts w:ascii="Arial" w:hAnsi="Arial"/>
                <w:b/>
                <w:color w:val="002B49"/>
                <w:sz w:val="17"/>
              </w:rPr>
              <w:t>REPORTE N°:</w:t>
            </w:r>
          </w:p>
        </w:tc>
        <w:tc>
          <w:tcPr>
            <w:tcW w:w="33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F0DA29" w14:textId="77777777" w:rsidR="001F69D4" w:rsidRDefault="00FB42D4">
            <w:pPr>
              <w:spacing w:after="0"/>
            </w:pPr>
            <w:r>
              <w:rPr>
                <w:rFonts w:ascii="Arial" w:hAnsi="Arial"/>
                <w:color w:val="646464"/>
                <w:sz w:val="17"/>
              </w:rPr>
              <w:t>____</w:t>
            </w:r>
          </w:p>
        </w:tc>
        <w:tc>
          <w:tcPr>
            <w:tcW w:w="2016" w:type="dxa"/>
            <w:shd w:val="clear" w:color="auto" w:fill="F9FAFC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EE11F0" w14:textId="77777777" w:rsidR="001F69D4" w:rsidRDefault="00FB42D4">
            <w:pPr>
              <w:spacing w:after="0"/>
            </w:pPr>
            <w:r>
              <w:rPr>
                <w:rFonts w:ascii="Arial" w:hAnsi="Arial"/>
                <w:b/>
                <w:color w:val="002B49"/>
                <w:sz w:val="17"/>
              </w:rPr>
              <w:t>CLAVE ÚNICA:</w:t>
            </w:r>
          </w:p>
        </w:tc>
        <w:tc>
          <w:tcPr>
            <w:tcW w:w="3384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330321" w14:textId="77777777" w:rsidR="001F69D4" w:rsidRDefault="00FB42D4">
            <w:pPr>
              <w:spacing w:after="0"/>
            </w:pPr>
            <w:r>
              <w:rPr>
                <w:rFonts w:ascii="Arial" w:hAnsi="Arial"/>
                <w:color w:val="646464"/>
                <w:sz w:val="17"/>
              </w:rPr>
              <w:t>________________________</w:t>
            </w:r>
          </w:p>
        </w:tc>
      </w:tr>
      <w:tr w:rsidR="001F69D4" w14:paraId="14FBCDB6" w14:textId="77777777">
        <w:tblPrEx>
          <w:tblBorders>
            <w:top w:val="single" w:sz="2" w:space="0" w:color="D0D7DE"/>
            <w:bottom w:val="single" w:sz="2" w:space="0" w:color="D0D7DE"/>
            <w:insideH w:val="single" w:sz="2" w:space="0" w:color="E0E0E0"/>
          </w:tblBorders>
        </w:tblPrEx>
        <w:trPr>
          <w:jc w:val="center"/>
        </w:trPr>
        <w:tc>
          <w:tcPr>
            <w:tcW w:w="2016" w:type="dxa"/>
            <w:shd w:val="clear" w:color="auto" w:fill="F9FAFC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C8C43B" w14:textId="77777777" w:rsidR="001F69D4" w:rsidRDefault="00FB42D4">
            <w:pPr>
              <w:spacing w:after="0"/>
            </w:pPr>
            <w:r>
              <w:rPr>
                <w:rFonts w:ascii="Arial" w:hAnsi="Arial"/>
                <w:b/>
                <w:color w:val="002B49"/>
                <w:sz w:val="17"/>
              </w:rPr>
              <w:t>APELLIDO PATERNO:</w:t>
            </w:r>
          </w:p>
        </w:tc>
        <w:tc>
          <w:tcPr>
            <w:tcW w:w="33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41CF3F6" w14:textId="77777777" w:rsidR="001F69D4" w:rsidRDefault="00FB42D4">
            <w:pPr>
              <w:spacing w:after="0"/>
            </w:pPr>
            <w:r>
              <w:rPr>
                <w:rFonts w:ascii="Arial" w:hAnsi="Arial"/>
                <w:color w:val="646464"/>
                <w:sz w:val="17"/>
              </w:rPr>
              <w:t>________________________</w:t>
            </w:r>
          </w:p>
        </w:tc>
        <w:tc>
          <w:tcPr>
            <w:tcW w:w="2016" w:type="dxa"/>
            <w:shd w:val="clear" w:color="auto" w:fill="F9FAFC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C7E6C1" w14:textId="77777777" w:rsidR="001F69D4" w:rsidRDefault="00FB42D4">
            <w:pPr>
              <w:spacing w:after="0"/>
            </w:pPr>
            <w:r>
              <w:rPr>
                <w:rFonts w:ascii="Arial" w:hAnsi="Arial"/>
                <w:b/>
                <w:color w:val="002B49"/>
                <w:sz w:val="17"/>
              </w:rPr>
              <w:t>APELLIDO MATERNO:</w:t>
            </w:r>
          </w:p>
        </w:tc>
        <w:tc>
          <w:tcPr>
            <w:tcW w:w="3384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EC5167" w14:textId="77777777" w:rsidR="001F69D4" w:rsidRDefault="00FB42D4">
            <w:pPr>
              <w:spacing w:after="0"/>
            </w:pPr>
            <w:r>
              <w:rPr>
                <w:rFonts w:ascii="Arial" w:hAnsi="Arial"/>
                <w:color w:val="646464"/>
                <w:sz w:val="17"/>
              </w:rPr>
              <w:t>________________________</w:t>
            </w:r>
          </w:p>
        </w:tc>
      </w:tr>
      <w:tr w:rsidR="001F69D4" w14:paraId="4C1FF5D2" w14:textId="77777777">
        <w:tblPrEx>
          <w:tblBorders>
            <w:top w:val="single" w:sz="2" w:space="0" w:color="D0D7DE"/>
            <w:bottom w:val="single" w:sz="2" w:space="0" w:color="D0D7DE"/>
            <w:insideH w:val="single" w:sz="2" w:space="0" w:color="E0E0E0"/>
          </w:tblBorders>
        </w:tblPrEx>
        <w:trPr>
          <w:jc w:val="center"/>
        </w:trPr>
        <w:tc>
          <w:tcPr>
            <w:tcW w:w="2016" w:type="dxa"/>
            <w:shd w:val="clear" w:color="auto" w:fill="F9FAFC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0F8B2C" w14:textId="77777777" w:rsidR="001F69D4" w:rsidRDefault="00FB42D4">
            <w:pPr>
              <w:spacing w:after="0"/>
            </w:pPr>
            <w:r>
              <w:rPr>
                <w:rFonts w:ascii="Arial" w:hAnsi="Arial"/>
                <w:b/>
                <w:color w:val="002B49"/>
                <w:sz w:val="17"/>
              </w:rPr>
              <w:t>NOMBRE(S):</w:t>
            </w:r>
          </w:p>
        </w:tc>
        <w:tc>
          <w:tcPr>
            <w:tcW w:w="33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5AD879" w14:textId="77777777" w:rsidR="001F69D4" w:rsidRDefault="00FB42D4">
            <w:pPr>
              <w:spacing w:after="0"/>
            </w:pPr>
            <w:r>
              <w:rPr>
                <w:rFonts w:ascii="Arial" w:hAnsi="Arial"/>
                <w:color w:val="646464"/>
                <w:sz w:val="17"/>
              </w:rPr>
              <w:t>________________________</w:t>
            </w:r>
          </w:p>
        </w:tc>
        <w:tc>
          <w:tcPr>
            <w:tcW w:w="2016" w:type="dxa"/>
            <w:shd w:val="clear" w:color="auto" w:fill="F9FAFC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2F6A5B" w14:textId="77777777" w:rsidR="001F69D4" w:rsidRDefault="00FB42D4">
            <w:pPr>
              <w:spacing w:after="0"/>
            </w:pPr>
            <w:r>
              <w:rPr>
                <w:rFonts w:ascii="Arial" w:hAnsi="Arial"/>
                <w:b/>
                <w:color w:val="002B49"/>
                <w:sz w:val="17"/>
              </w:rPr>
              <w:t>CARRERA:</w:t>
            </w:r>
          </w:p>
        </w:tc>
        <w:tc>
          <w:tcPr>
            <w:tcW w:w="3384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0FFB14" w14:textId="77777777" w:rsidR="001F69D4" w:rsidRDefault="00FB42D4">
            <w:pPr>
              <w:spacing w:after="0"/>
            </w:pPr>
            <w:r>
              <w:rPr>
                <w:rFonts w:ascii="Arial" w:hAnsi="Arial"/>
                <w:color w:val="646464"/>
                <w:sz w:val="17"/>
              </w:rPr>
              <w:t>________________________</w:t>
            </w:r>
          </w:p>
        </w:tc>
      </w:tr>
    </w:tbl>
    <w:p w14:paraId="0126650A" w14:textId="77777777" w:rsidR="001F69D4" w:rsidRDefault="001F69D4">
      <w:pPr>
        <w:spacing w:before="80"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90"/>
        <w:gridCol w:w="2700"/>
        <w:gridCol w:w="2693"/>
        <w:gridCol w:w="2697"/>
        <w:gridCol w:w="20"/>
      </w:tblGrid>
      <w:tr w:rsidR="001F69D4" w14:paraId="26A70AA8" w14:textId="77777777">
        <w:trPr>
          <w:gridAfter w:val="1"/>
          <w:wAfter w:w="20" w:type="dxa"/>
          <w:jc w:val="center"/>
        </w:trPr>
        <w:tc>
          <w:tcPr>
            <w:tcW w:w="10800" w:type="dxa"/>
            <w:gridSpan w:val="4"/>
            <w:shd w:val="clear" w:color="auto" w:fill="002B4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FEEBC1" w14:textId="77777777" w:rsidR="001F69D4" w:rsidRDefault="00FB42D4">
            <w:pPr>
              <w:spacing w:after="0"/>
            </w:pPr>
            <w:r w:rsidRPr="00484116">
              <w:rPr>
                <w:rFonts w:ascii="Arial" w:hAnsi="Arial"/>
                <w:b/>
                <w:color w:val="FFFFFF"/>
                <w:sz w:val="20"/>
              </w:rPr>
              <w:t>2. DATOS DE LA DEPENDENCIA Y PERIODO</w:t>
            </w:r>
          </w:p>
        </w:tc>
      </w:tr>
      <w:tr w:rsidR="001F69D4" w14:paraId="73DEE68A" w14:textId="77777777">
        <w:tblPrEx>
          <w:tblBorders>
            <w:top w:val="single" w:sz="2" w:space="0" w:color="D0D7DE"/>
            <w:bottom w:val="single" w:sz="2" w:space="0" w:color="D0D7DE"/>
            <w:insideH w:val="single" w:sz="2" w:space="0" w:color="E0E0E0"/>
          </w:tblBorders>
        </w:tblPrEx>
        <w:trPr>
          <w:jc w:val="center"/>
        </w:trPr>
        <w:tc>
          <w:tcPr>
            <w:tcW w:w="2700" w:type="dxa"/>
            <w:shd w:val="clear" w:color="auto" w:fill="F9FAFC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508F2B" w14:textId="77777777" w:rsidR="001F69D4" w:rsidRDefault="00FB42D4">
            <w:pPr>
              <w:spacing w:after="0"/>
            </w:pPr>
            <w:r>
              <w:rPr>
                <w:rFonts w:ascii="Arial" w:hAnsi="Arial"/>
                <w:b/>
                <w:color w:val="002B49"/>
                <w:sz w:val="17"/>
              </w:rPr>
              <w:t>LUGAR DEL S.S.:</w:t>
            </w:r>
          </w:p>
        </w:tc>
        <w:tc>
          <w:tcPr>
            <w:tcW w:w="8100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91510B" w14:textId="77777777" w:rsidR="001F69D4" w:rsidRDefault="00FB42D4">
            <w:pPr>
              <w:spacing w:after="0"/>
            </w:pPr>
            <w:r>
              <w:rPr>
                <w:rFonts w:ascii="Arial" w:hAnsi="Arial"/>
                <w:color w:val="646464"/>
                <w:sz w:val="17"/>
              </w:rPr>
              <w:t>____________________________________________________</w:t>
            </w:r>
          </w:p>
        </w:tc>
      </w:tr>
      <w:tr w:rsidR="001F69D4" w14:paraId="6D290B62" w14:textId="77777777">
        <w:tblPrEx>
          <w:tblBorders>
            <w:top w:val="single" w:sz="2" w:space="0" w:color="D0D7DE"/>
            <w:bottom w:val="single" w:sz="2" w:space="0" w:color="D0D7DE"/>
            <w:insideH w:val="single" w:sz="2" w:space="0" w:color="E0E0E0"/>
          </w:tblBorders>
        </w:tblPrEx>
        <w:trPr>
          <w:jc w:val="center"/>
        </w:trPr>
        <w:tc>
          <w:tcPr>
            <w:tcW w:w="2700" w:type="dxa"/>
            <w:shd w:val="clear" w:color="auto" w:fill="F9FAFC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3F2A47" w14:textId="77777777" w:rsidR="001F69D4" w:rsidRDefault="00FB42D4">
            <w:pPr>
              <w:spacing w:after="0"/>
            </w:pPr>
            <w:r>
              <w:rPr>
                <w:rFonts w:ascii="Arial" w:hAnsi="Arial"/>
                <w:b/>
                <w:color w:val="002B49"/>
                <w:sz w:val="17"/>
              </w:rPr>
              <w:t>DEPARTAMENTO:</w:t>
            </w:r>
          </w:p>
        </w:tc>
        <w:tc>
          <w:tcPr>
            <w:tcW w:w="2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45C03C" w14:textId="77777777" w:rsidR="001F69D4" w:rsidRDefault="00FB42D4">
            <w:pPr>
              <w:spacing w:after="0"/>
            </w:pPr>
            <w:r>
              <w:rPr>
                <w:rFonts w:ascii="Arial" w:hAnsi="Arial"/>
                <w:color w:val="646464"/>
                <w:sz w:val="17"/>
              </w:rPr>
              <w:t>________________________</w:t>
            </w:r>
          </w:p>
        </w:tc>
        <w:tc>
          <w:tcPr>
            <w:tcW w:w="2700" w:type="dxa"/>
            <w:shd w:val="clear" w:color="auto" w:fill="F9FAFC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EC7A7D" w14:textId="77777777" w:rsidR="001F69D4" w:rsidRDefault="00FB42D4">
            <w:pPr>
              <w:spacing w:after="0"/>
            </w:pPr>
            <w:r>
              <w:rPr>
                <w:rFonts w:ascii="Arial" w:hAnsi="Arial"/>
                <w:b/>
                <w:color w:val="002B49"/>
                <w:sz w:val="17"/>
              </w:rPr>
              <w:t>TELÉFONO:</w:t>
            </w:r>
          </w:p>
        </w:tc>
        <w:tc>
          <w:tcPr>
            <w:tcW w:w="2700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023EC32" w14:textId="77777777" w:rsidR="001F69D4" w:rsidRDefault="00FB42D4">
            <w:pPr>
              <w:spacing w:after="0"/>
            </w:pPr>
            <w:r>
              <w:rPr>
                <w:rFonts w:ascii="Arial" w:hAnsi="Arial"/>
                <w:color w:val="646464"/>
                <w:sz w:val="17"/>
              </w:rPr>
              <w:t>________________________</w:t>
            </w:r>
          </w:p>
        </w:tc>
      </w:tr>
      <w:tr w:rsidR="001F69D4" w14:paraId="6E1E77E4" w14:textId="77777777">
        <w:tblPrEx>
          <w:tblBorders>
            <w:top w:val="single" w:sz="2" w:space="0" w:color="D0D7DE"/>
            <w:bottom w:val="single" w:sz="2" w:space="0" w:color="D0D7DE"/>
            <w:insideH w:val="single" w:sz="2" w:space="0" w:color="E0E0E0"/>
          </w:tblBorders>
        </w:tblPrEx>
        <w:trPr>
          <w:jc w:val="center"/>
        </w:trPr>
        <w:tc>
          <w:tcPr>
            <w:tcW w:w="2700" w:type="dxa"/>
            <w:shd w:val="clear" w:color="auto" w:fill="F9FAFC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A6AAE8" w14:textId="77777777" w:rsidR="001F69D4" w:rsidRDefault="00FB42D4">
            <w:pPr>
              <w:spacing w:after="0"/>
            </w:pPr>
            <w:r>
              <w:rPr>
                <w:rFonts w:ascii="Arial" w:hAnsi="Arial"/>
                <w:b/>
                <w:color w:val="002B49"/>
                <w:sz w:val="17"/>
              </w:rPr>
              <w:t>DURACIÓN S.S.:</w:t>
            </w:r>
          </w:p>
        </w:tc>
        <w:tc>
          <w:tcPr>
            <w:tcW w:w="2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F76D4F" w14:textId="77777777" w:rsidR="001F69D4" w:rsidRDefault="00FB42D4">
            <w:pPr>
              <w:spacing w:after="0"/>
            </w:pPr>
            <w:r>
              <w:rPr>
                <w:rFonts w:ascii="Arial" w:hAnsi="Arial"/>
                <w:color w:val="646464"/>
                <w:sz w:val="17"/>
              </w:rPr>
              <w:t>Del _______________ al _______________</w:t>
            </w:r>
          </w:p>
        </w:tc>
        <w:tc>
          <w:tcPr>
            <w:tcW w:w="2700" w:type="dxa"/>
            <w:shd w:val="clear" w:color="auto" w:fill="F9FAFC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29402D" w14:textId="77777777" w:rsidR="001F69D4" w:rsidRDefault="00FB42D4">
            <w:pPr>
              <w:spacing w:after="0"/>
            </w:pPr>
            <w:r>
              <w:rPr>
                <w:rFonts w:ascii="Arial" w:hAnsi="Arial"/>
                <w:b/>
                <w:color w:val="002B49"/>
                <w:sz w:val="17"/>
              </w:rPr>
              <w:t>HORARIO:</w:t>
            </w:r>
          </w:p>
        </w:tc>
        <w:tc>
          <w:tcPr>
            <w:tcW w:w="2700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8FB4F8" w14:textId="77777777" w:rsidR="001F69D4" w:rsidRDefault="00FB42D4">
            <w:pPr>
              <w:spacing w:after="0"/>
            </w:pPr>
            <w:r>
              <w:rPr>
                <w:rFonts w:ascii="Arial" w:hAnsi="Arial"/>
                <w:color w:val="646464"/>
                <w:sz w:val="17"/>
              </w:rPr>
              <w:t>De __________ a __________ hrs</w:t>
            </w:r>
          </w:p>
        </w:tc>
      </w:tr>
      <w:tr w:rsidR="001F69D4" w14:paraId="5A769654" w14:textId="77777777">
        <w:tblPrEx>
          <w:tblBorders>
            <w:top w:val="single" w:sz="2" w:space="0" w:color="D0D7DE"/>
            <w:bottom w:val="single" w:sz="2" w:space="0" w:color="D0D7DE"/>
            <w:insideH w:val="single" w:sz="2" w:space="0" w:color="E0E0E0"/>
          </w:tblBorders>
        </w:tblPrEx>
        <w:trPr>
          <w:jc w:val="center"/>
        </w:trPr>
        <w:tc>
          <w:tcPr>
            <w:tcW w:w="2700" w:type="dxa"/>
            <w:shd w:val="clear" w:color="auto" w:fill="F9FAFC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EA51F4" w14:textId="77777777" w:rsidR="001F69D4" w:rsidRDefault="00FB42D4">
            <w:pPr>
              <w:spacing w:after="0"/>
            </w:pPr>
            <w:r>
              <w:rPr>
                <w:rFonts w:ascii="Arial" w:hAnsi="Arial"/>
                <w:b/>
                <w:color w:val="002B49"/>
                <w:sz w:val="17"/>
              </w:rPr>
              <w:t>PERIODO REPORTADO:</w:t>
            </w:r>
          </w:p>
        </w:tc>
        <w:tc>
          <w:tcPr>
            <w:tcW w:w="8100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56B550" w14:textId="77777777" w:rsidR="001F69D4" w:rsidRDefault="00FB42D4">
            <w:pPr>
              <w:spacing w:after="0"/>
            </w:pPr>
            <w:r>
              <w:rPr>
                <w:rFonts w:ascii="Arial" w:hAnsi="Arial"/>
                <w:color w:val="646464"/>
                <w:sz w:val="17"/>
              </w:rPr>
              <w:t>Del _______________ al _______________</w:t>
            </w:r>
          </w:p>
        </w:tc>
      </w:tr>
    </w:tbl>
    <w:p w14:paraId="1271ED4F" w14:textId="77777777" w:rsidR="001F69D4" w:rsidRDefault="001F69D4">
      <w:pPr>
        <w:spacing w:before="80"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20"/>
        <w:gridCol w:w="10072"/>
        <w:gridCol w:w="8"/>
      </w:tblGrid>
      <w:tr w:rsidR="001F69D4" w14:paraId="034D16DC" w14:textId="77777777">
        <w:trPr>
          <w:jc w:val="center"/>
        </w:trPr>
        <w:tc>
          <w:tcPr>
            <w:tcW w:w="10800" w:type="dxa"/>
            <w:gridSpan w:val="3"/>
            <w:shd w:val="clear" w:color="auto" w:fill="002B4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A9AC8B" w14:textId="77777777" w:rsidR="001F69D4" w:rsidRDefault="00FB42D4">
            <w:pPr>
              <w:spacing w:after="0"/>
            </w:pPr>
            <w:r>
              <w:rPr>
                <w:rFonts w:ascii="Arial" w:hAnsi="Arial"/>
                <w:b/>
                <w:color w:val="FFFFFF"/>
                <w:sz w:val="19"/>
              </w:rPr>
              <w:t xml:space="preserve">3. </w:t>
            </w:r>
            <w:r w:rsidRPr="00484116">
              <w:rPr>
                <w:rFonts w:ascii="Arial" w:hAnsi="Arial"/>
                <w:b/>
                <w:color w:val="FFFFFF"/>
                <w:sz w:val="20"/>
              </w:rPr>
              <w:t>DESCRIPCIÓN DE LAS ACTIVIDADES DESARROLLADAS</w:t>
            </w:r>
          </w:p>
        </w:tc>
      </w:tr>
      <w:tr w:rsidR="001F69D4" w14:paraId="4322E190" w14:textId="77777777">
        <w:tblPrEx>
          <w:tblBorders>
            <w:top w:val="single" w:sz="2" w:space="0" w:color="D0D7DE"/>
            <w:bottom w:val="single" w:sz="2" w:space="0" w:color="D0D7DE"/>
            <w:insideH w:val="single" w:sz="2" w:space="0" w:color="E0E0E0"/>
          </w:tblBorders>
        </w:tblPrEx>
        <w:trPr>
          <w:gridAfter w:val="1"/>
          <w:wAfter w:w="8" w:type="dxa"/>
          <w:jc w:val="center"/>
        </w:trPr>
        <w:tc>
          <w:tcPr>
            <w:tcW w:w="720" w:type="dxa"/>
            <w:shd w:val="clear" w:color="auto" w:fill="E6EDF5"/>
          </w:tcPr>
          <w:p w14:paraId="3F72988A" w14:textId="77777777" w:rsidR="001F69D4" w:rsidRDefault="00FB42D4">
            <w:pPr>
              <w:spacing w:after="0"/>
              <w:jc w:val="center"/>
            </w:pPr>
            <w:r>
              <w:rPr>
                <w:rFonts w:ascii="Arial" w:hAnsi="Arial"/>
                <w:b/>
                <w:color w:val="002B49"/>
                <w:sz w:val="17"/>
              </w:rPr>
              <w:t>N°</w:t>
            </w:r>
          </w:p>
        </w:tc>
        <w:tc>
          <w:tcPr>
            <w:tcW w:w="10080" w:type="dxa"/>
            <w:shd w:val="clear" w:color="auto" w:fill="E6EDF5"/>
          </w:tcPr>
          <w:p w14:paraId="2A52BCD4" w14:textId="77777777" w:rsidR="001F69D4" w:rsidRPr="00484116" w:rsidRDefault="00FB42D4">
            <w:pPr>
              <w:spacing w:after="0"/>
              <w:rPr>
                <w:sz w:val="20"/>
              </w:rPr>
            </w:pPr>
            <w:r w:rsidRPr="00484116">
              <w:rPr>
                <w:rFonts w:ascii="Arial" w:hAnsi="Arial"/>
                <w:b/>
                <w:color w:val="002B49"/>
                <w:sz w:val="20"/>
              </w:rPr>
              <w:t>DESCRIPCIÓN DE LA ACTIVIDAD</w:t>
            </w:r>
          </w:p>
        </w:tc>
      </w:tr>
      <w:tr w:rsidR="001F69D4" w14:paraId="2AE110BC" w14:textId="77777777">
        <w:tblPrEx>
          <w:tblBorders>
            <w:top w:val="single" w:sz="2" w:space="0" w:color="D0D7DE"/>
            <w:bottom w:val="single" w:sz="2" w:space="0" w:color="D0D7DE"/>
            <w:insideH w:val="single" w:sz="2" w:space="0" w:color="E0E0E0"/>
          </w:tblBorders>
        </w:tblPrEx>
        <w:trPr>
          <w:gridAfter w:val="1"/>
          <w:wAfter w:w="8" w:type="dxa"/>
          <w:jc w:val="center"/>
        </w:trPr>
        <w:tc>
          <w:tcPr>
            <w:tcW w:w="720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2C343545" w14:textId="77777777" w:rsidR="001F69D4" w:rsidRDefault="00FB42D4">
            <w:pPr>
              <w:spacing w:after="0"/>
              <w:jc w:val="center"/>
            </w:pPr>
            <w:r>
              <w:rPr>
                <w:rFonts w:ascii="Arial" w:hAnsi="Arial"/>
                <w:b/>
                <w:color w:val="002B49"/>
                <w:sz w:val="17"/>
              </w:rPr>
              <w:t>1.</w:t>
            </w:r>
          </w:p>
        </w:tc>
        <w:tc>
          <w:tcPr>
            <w:tcW w:w="1008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9EC5761" w14:textId="77777777" w:rsidR="001F69D4" w:rsidRDefault="001F69D4">
            <w:pPr>
              <w:spacing w:after="0"/>
            </w:pPr>
          </w:p>
        </w:tc>
      </w:tr>
      <w:tr w:rsidR="001F69D4" w14:paraId="02C7D47C" w14:textId="77777777">
        <w:tblPrEx>
          <w:tblBorders>
            <w:top w:val="single" w:sz="2" w:space="0" w:color="D0D7DE"/>
            <w:bottom w:val="single" w:sz="2" w:space="0" w:color="D0D7DE"/>
            <w:insideH w:val="single" w:sz="2" w:space="0" w:color="E0E0E0"/>
          </w:tblBorders>
        </w:tblPrEx>
        <w:trPr>
          <w:gridAfter w:val="1"/>
          <w:wAfter w:w="8" w:type="dxa"/>
          <w:jc w:val="center"/>
        </w:trPr>
        <w:tc>
          <w:tcPr>
            <w:tcW w:w="720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174BD6BD" w14:textId="77777777" w:rsidR="001F69D4" w:rsidRDefault="00FB42D4">
            <w:pPr>
              <w:spacing w:after="0"/>
              <w:jc w:val="center"/>
            </w:pPr>
            <w:r>
              <w:rPr>
                <w:rFonts w:ascii="Arial" w:hAnsi="Arial"/>
                <w:b/>
                <w:color w:val="002B49"/>
                <w:sz w:val="17"/>
              </w:rPr>
              <w:t>2.</w:t>
            </w:r>
          </w:p>
        </w:tc>
        <w:tc>
          <w:tcPr>
            <w:tcW w:w="1008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379CD5A" w14:textId="77777777" w:rsidR="001F69D4" w:rsidRDefault="001F69D4">
            <w:pPr>
              <w:spacing w:after="0"/>
            </w:pPr>
          </w:p>
        </w:tc>
      </w:tr>
      <w:tr w:rsidR="001F69D4" w14:paraId="51CF15A9" w14:textId="77777777">
        <w:tblPrEx>
          <w:tblBorders>
            <w:top w:val="single" w:sz="2" w:space="0" w:color="D0D7DE"/>
            <w:bottom w:val="single" w:sz="2" w:space="0" w:color="D0D7DE"/>
            <w:insideH w:val="single" w:sz="2" w:space="0" w:color="E0E0E0"/>
          </w:tblBorders>
        </w:tblPrEx>
        <w:trPr>
          <w:gridAfter w:val="1"/>
          <w:wAfter w:w="8" w:type="dxa"/>
          <w:jc w:val="center"/>
        </w:trPr>
        <w:tc>
          <w:tcPr>
            <w:tcW w:w="720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472F43E8" w14:textId="77777777" w:rsidR="001F69D4" w:rsidRDefault="00FB42D4">
            <w:pPr>
              <w:spacing w:after="0"/>
              <w:jc w:val="center"/>
            </w:pPr>
            <w:r>
              <w:rPr>
                <w:rFonts w:ascii="Arial" w:hAnsi="Arial"/>
                <w:b/>
                <w:color w:val="002B49"/>
                <w:sz w:val="17"/>
              </w:rPr>
              <w:t>3.</w:t>
            </w:r>
          </w:p>
        </w:tc>
        <w:tc>
          <w:tcPr>
            <w:tcW w:w="1008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B4CF139" w14:textId="77777777" w:rsidR="001F69D4" w:rsidRDefault="001F69D4">
            <w:pPr>
              <w:spacing w:after="0"/>
            </w:pPr>
          </w:p>
        </w:tc>
      </w:tr>
      <w:tr w:rsidR="001F69D4" w14:paraId="6646BEF5" w14:textId="77777777">
        <w:tblPrEx>
          <w:tblBorders>
            <w:top w:val="single" w:sz="2" w:space="0" w:color="D0D7DE"/>
            <w:bottom w:val="single" w:sz="2" w:space="0" w:color="D0D7DE"/>
            <w:insideH w:val="single" w:sz="2" w:space="0" w:color="E0E0E0"/>
          </w:tblBorders>
        </w:tblPrEx>
        <w:trPr>
          <w:gridAfter w:val="1"/>
          <w:wAfter w:w="8" w:type="dxa"/>
          <w:jc w:val="center"/>
        </w:trPr>
        <w:tc>
          <w:tcPr>
            <w:tcW w:w="720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107EDB46" w14:textId="77777777" w:rsidR="001F69D4" w:rsidRDefault="00FB42D4">
            <w:pPr>
              <w:spacing w:after="0"/>
              <w:jc w:val="center"/>
            </w:pPr>
            <w:r>
              <w:rPr>
                <w:rFonts w:ascii="Arial" w:hAnsi="Arial"/>
                <w:b/>
                <w:color w:val="002B49"/>
                <w:sz w:val="17"/>
              </w:rPr>
              <w:t>4.</w:t>
            </w:r>
          </w:p>
        </w:tc>
        <w:tc>
          <w:tcPr>
            <w:tcW w:w="1008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DAECEF7" w14:textId="77777777" w:rsidR="001F69D4" w:rsidRDefault="001F69D4">
            <w:pPr>
              <w:spacing w:after="0"/>
            </w:pPr>
          </w:p>
        </w:tc>
      </w:tr>
      <w:tr w:rsidR="001F69D4" w14:paraId="4EC4D62A" w14:textId="77777777">
        <w:tblPrEx>
          <w:tblBorders>
            <w:top w:val="single" w:sz="2" w:space="0" w:color="D0D7DE"/>
            <w:bottom w:val="single" w:sz="2" w:space="0" w:color="D0D7DE"/>
            <w:insideH w:val="single" w:sz="2" w:space="0" w:color="E0E0E0"/>
          </w:tblBorders>
        </w:tblPrEx>
        <w:trPr>
          <w:gridAfter w:val="1"/>
          <w:wAfter w:w="8" w:type="dxa"/>
          <w:jc w:val="center"/>
        </w:trPr>
        <w:tc>
          <w:tcPr>
            <w:tcW w:w="720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4318A621" w14:textId="77777777" w:rsidR="001F69D4" w:rsidRDefault="00FB42D4">
            <w:pPr>
              <w:spacing w:after="0"/>
              <w:jc w:val="center"/>
            </w:pPr>
            <w:r>
              <w:rPr>
                <w:rFonts w:ascii="Arial" w:hAnsi="Arial"/>
                <w:b/>
                <w:color w:val="002B49"/>
                <w:sz w:val="17"/>
              </w:rPr>
              <w:t>5.</w:t>
            </w:r>
          </w:p>
        </w:tc>
        <w:tc>
          <w:tcPr>
            <w:tcW w:w="1008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3AA13C3" w14:textId="77777777" w:rsidR="001F69D4" w:rsidRDefault="001F69D4">
            <w:pPr>
              <w:spacing w:after="0"/>
            </w:pPr>
          </w:p>
        </w:tc>
      </w:tr>
      <w:tr w:rsidR="001F69D4" w14:paraId="1A338BF7" w14:textId="77777777">
        <w:tblPrEx>
          <w:tblBorders>
            <w:top w:val="single" w:sz="2" w:space="0" w:color="D0D7DE"/>
            <w:bottom w:val="single" w:sz="2" w:space="0" w:color="D0D7DE"/>
            <w:insideH w:val="single" w:sz="2" w:space="0" w:color="E0E0E0"/>
          </w:tblBorders>
        </w:tblPrEx>
        <w:trPr>
          <w:gridAfter w:val="1"/>
          <w:wAfter w:w="8" w:type="dxa"/>
          <w:jc w:val="center"/>
        </w:trPr>
        <w:tc>
          <w:tcPr>
            <w:tcW w:w="720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7058D72E" w14:textId="77777777" w:rsidR="001F69D4" w:rsidRDefault="00FB42D4">
            <w:pPr>
              <w:spacing w:after="0"/>
              <w:jc w:val="center"/>
            </w:pPr>
            <w:r>
              <w:rPr>
                <w:rFonts w:ascii="Arial" w:hAnsi="Arial"/>
                <w:b/>
                <w:color w:val="002B49"/>
                <w:sz w:val="17"/>
              </w:rPr>
              <w:t>6.</w:t>
            </w:r>
          </w:p>
        </w:tc>
        <w:tc>
          <w:tcPr>
            <w:tcW w:w="1008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B43FC52" w14:textId="77777777" w:rsidR="001F69D4" w:rsidRDefault="001F69D4">
            <w:pPr>
              <w:spacing w:after="0"/>
            </w:pPr>
          </w:p>
        </w:tc>
      </w:tr>
      <w:tr w:rsidR="001F69D4" w14:paraId="6633513A" w14:textId="77777777">
        <w:tblPrEx>
          <w:tblBorders>
            <w:top w:val="single" w:sz="2" w:space="0" w:color="D0D7DE"/>
            <w:bottom w:val="single" w:sz="2" w:space="0" w:color="D0D7DE"/>
            <w:insideH w:val="single" w:sz="2" w:space="0" w:color="E0E0E0"/>
          </w:tblBorders>
        </w:tblPrEx>
        <w:trPr>
          <w:gridAfter w:val="1"/>
          <w:wAfter w:w="8" w:type="dxa"/>
          <w:jc w:val="center"/>
        </w:trPr>
        <w:tc>
          <w:tcPr>
            <w:tcW w:w="720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468D42B8" w14:textId="77777777" w:rsidR="001F69D4" w:rsidRDefault="00FB42D4">
            <w:pPr>
              <w:spacing w:after="0"/>
              <w:jc w:val="center"/>
            </w:pPr>
            <w:r>
              <w:rPr>
                <w:rFonts w:ascii="Arial" w:hAnsi="Arial"/>
                <w:b/>
                <w:color w:val="002B49"/>
                <w:sz w:val="17"/>
              </w:rPr>
              <w:t>7.</w:t>
            </w:r>
          </w:p>
        </w:tc>
        <w:tc>
          <w:tcPr>
            <w:tcW w:w="1008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4456B54" w14:textId="77777777" w:rsidR="001F69D4" w:rsidRDefault="001F69D4">
            <w:pPr>
              <w:spacing w:after="0"/>
            </w:pPr>
          </w:p>
        </w:tc>
      </w:tr>
      <w:tr w:rsidR="001F69D4" w14:paraId="69A1B572" w14:textId="77777777">
        <w:tblPrEx>
          <w:tblBorders>
            <w:top w:val="single" w:sz="2" w:space="0" w:color="D0D7DE"/>
            <w:bottom w:val="single" w:sz="2" w:space="0" w:color="D0D7DE"/>
            <w:insideH w:val="single" w:sz="2" w:space="0" w:color="E0E0E0"/>
          </w:tblBorders>
        </w:tblPrEx>
        <w:trPr>
          <w:gridAfter w:val="1"/>
          <w:wAfter w:w="8" w:type="dxa"/>
          <w:jc w:val="center"/>
        </w:trPr>
        <w:tc>
          <w:tcPr>
            <w:tcW w:w="720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59C0047F" w14:textId="77777777" w:rsidR="001F69D4" w:rsidRDefault="00FB42D4">
            <w:pPr>
              <w:spacing w:after="0"/>
              <w:jc w:val="center"/>
            </w:pPr>
            <w:r>
              <w:rPr>
                <w:rFonts w:ascii="Arial" w:hAnsi="Arial"/>
                <w:b/>
                <w:color w:val="002B49"/>
                <w:sz w:val="17"/>
              </w:rPr>
              <w:t>8.</w:t>
            </w:r>
          </w:p>
        </w:tc>
        <w:tc>
          <w:tcPr>
            <w:tcW w:w="1008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6796197" w14:textId="77777777" w:rsidR="001F69D4" w:rsidRDefault="001F69D4">
            <w:pPr>
              <w:spacing w:after="0"/>
            </w:pPr>
          </w:p>
        </w:tc>
      </w:tr>
    </w:tbl>
    <w:p w14:paraId="7BBABD36" w14:textId="77777777" w:rsidR="001F69D4" w:rsidRDefault="001F69D4">
      <w:pPr>
        <w:spacing w:before="160"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1F69D4" w14:paraId="1A9D7C12" w14:textId="77777777">
        <w:trPr>
          <w:jc w:val="center"/>
        </w:trPr>
        <w:tc>
          <w:tcPr>
            <w:tcW w:w="10800" w:type="dxa"/>
            <w:shd w:val="clear" w:color="auto" w:fill="002B4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F9C8E9" w14:textId="77777777" w:rsidR="001F69D4" w:rsidRDefault="00FB42D4">
            <w:pPr>
              <w:spacing w:after="0"/>
            </w:pPr>
            <w:r>
              <w:rPr>
                <w:rFonts w:ascii="Arial" w:hAnsi="Arial"/>
                <w:b/>
                <w:color w:val="FFFFFF"/>
                <w:sz w:val="19"/>
              </w:rPr>
              <w:t xml:space="preserve">4. </w:t>
            </w:r>
            <w:r w:rsidRPr="00484116">
              <w:rPr>
                <w:rFonts w:ascii="Arial" w:hAnsi="Arial"/>
                <w:b/>
                <w:color w:val="FFFFFF"/>
                <w:sz w:val="20"/>
              </w:rPr>
              <w:t>FIRMAS DE CONFORMIDAD Y VALIDACIÓN</w:t>
            </w:r>
          </w:p>
        </w:tc>
      </w:tr>
    </w:tbl>
    <w:p w14:paraId="26AD87D2" w14:textId="77777777" w:rsidR="001F69D4" w:rsidRDefault="001F69D4">
      <w:pPr>
        <w:spacing w:before="240"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1F69D4" w14:paraId="2822D058" w14:textId="77777777">
        <w:trPr>
          <w:jc w:val="center"/>
        </w:trPr>
        <w:tc>
          <w:tcPr>
            <w:tcW w:w="3456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404F7D" w14:textId="77777777" w:rsidR="001F69D4" w:rsidRDefault="00FB42D4">
            <w:pPr>
              <w:spacing w:after="0"/>
              <w:jc w:val="center"/>
            </w:pPr>
            <w:r>
              <w:rPr>
                <w:rFonts w:ascii="Arial" w:hAnsi="Arial"/>
                <w:b/>
                <w:color w:val="002B49"/>
                <w:sz w:val="17"/>
              </w:rPr>
              <w:t>___________________________________</w:t>
            </w:r>
          </w:p>
        </w:tc>
        <w:tc>
          <w:tcPr>
            <w:tcW w:w="3456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366433" w14:textId="77777777" w:rsidR="001F69D4" w:rsidRDefault="00FB42D4">
            <w:pPr>
              <w:spacing w:after="0"/>
              <w:jc w:val="center"/>
            </w:pPr>
            <w:r>
              <w:rPr>
                <w:rFonts w:ascii="Arial" w:hAnsi="Arial"/>
                <w:b/>
                <w:color w:val="002B49"/>
                <w:sz w:val="17"/>
              </w:rPr>
              <w:t>___________________________________</w:t>
            </w:r>
          </w:p>
        </w:tc>
        <w:tc>
          <w:tcPr>
            <w:tcW w:w="3456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AEC0B0" w14:textId="77777777" w:rsidR="001F69D4" w:rsidRDefault="00FB42D4">
            <w:pPr>
              <w:spacing w:after="0"/>
              <w:jc w:val="center"/>
            </w:pPr>
            <w:r>
              <w:rPr>
                <w:rFonts w:ascii="Arial" w:hAnsi="Arial"/>
                <w:b/>
                <w:color w:val="002B49"/>
                <w:sz w:val="17"/>
              </w:rPr>
              <w:t>___________________________________</w:t>
            </w:r>
          </w:p>
        </w:tc>
      </w:tr>
      <w:tr w:rsidR="001F69D4" w14:paraId="28C10C8B" w14:textId="77777777">
        <w:trPr>
          <w:jc w:val="center"/>
        </w:trPr>
        <w:tc>
          <w:tcPr>
            <w:tcW w:w="345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9F807C" w14:textId="77777777" w:rsidR="001F69D4" w:rsidRDefault="00FB42D4">
            <w:pPr>
              <w:spacing w:after="0"/>
              <w:jc w:val="center"/>
            </w:pPr>
            <w:r>
              <w:rPr>
                <w:rFonts w:ascii="Arial" w:hAnsi="Arial"/>
                <w:b/>
                <w:color w:val="646464"/>
                <w:sz w:val="16"/>
              </w:rPr>
              <w:t>FIRMA DEL PRESTADOR</w:t>
            </w:r>
            <w:r>
              <w:rPr>
                <w:rFonts w:ascii="Arial" w:hAnsi="Arial"/>
                <w:b/>
                <w:color w:val="646464"/>
                <w:sz w:val="16"/>
              </w:rPr>
              <w:br/>
              <w:t>DEL SERVICIO SOCIAL</w:t>
            </w:r>
          </w:p>
        </w:tc>
        <w:tc>
          <w:tcPr>
            <w:tcW w:w="345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10EE96" w14:textId="77777777" w:rsidR="001F69D4" w:rsidRDefault="00FB42D4">
            <w:pPr>
              <w:spacing w:after="0"/>
              <w:jc w:val="center"/>
            </w:pPr>
            <w:r>
              <w:rPr>
                <w:rFonts w:ascii="Arial" w:hAnsi="Arial"/>
                <w:b/>
                <w:color w:val="646464"/>
                <w:sz w:val="16"/>
              </w:rPr>
              <w:t>NOMBRE Y FIRMA</w:t>
            </w:r>
            <w:r>
              <w:rPr>
                <w:rFonts w:ascii="Arial" w:hAnsi="Arial"/>
                <w:b/>
                <w:color w:val="646464"/>
                <w:sz w:val="16"/>
              </w:rPr>
              <w:br/>
              <w:t>DEL ASESOR EXTERNO</w:t>
            </w:r>
          </w:p>
        </w:tc>
        <w:tc>
          <w:tcPr>
            <w:tcW w:w="345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9DCCA8" w14:textId="77777777" w:rsidR="001F69D4" w:rsidRDefault="00FB42D4">
            <w:pPr>
              <w:spacing w:after="0"/>
              <w:jc w:val="center"/>
            </w:pPr>
            <w:r>
              <w:rPr>
                <w:rFonts w:ascii="Arial" w:hAnsi="Arial"/>
                <w:b/>
                <w:color w:val="646464"/>
                <w:sz w:val="16"/>
              </w:rPr>
              <w:t>NOMBRE Y FIRMA</w:t>
            </w:r>
            <w:r>
              <w:rPr>
                <w:rFonts w:ascii="Arial" w:hAnsi="Arial"/>
                <w:b/>
                <w:color w:val="646464"/>
                <w:sz w:val="16"/>
              </w:rPr>
              <w:br/>
              <w:t>DEL ASESOR ACADÉMICO</w:t>
            </w:r>
          </w:p>
        </w:tc>
      </w:tr>
    </w:tbl>
    <w:p w14:paraId="110AFD3A" w14:textId="77777777" w:rsidR="00DB5052" w:rsidRDefault="00DB5052"/>
    <w:p w14:paraId="6DA14D8B" w14:textId="77777777" w:rsidR="006666CC" w:rsidRDefault="006666CC"/>
    <w:p w14:paraId="6028C588" w14:textId="77777777" w:rsidR="006666CC" w:rsidRDefault="006666CC"/>
    <w:p w14:paraId="172ECBF3" w14:textId="77777777" w:rsidR="006666CC" w:rsidRDefault="006666CC"/>
    <w:p w14:paraId="7952DF13" w14:textId="77777777" w:rsidR="006666CC" w:rsidRPr="006666CC" w:rsidRDefault="006666CC">
      <w:pPr>
        <w:rPr>
          <w:sz w:val="14"/>
          <w:szCs w:val="12"/>
        </w:rPr>
      </w:pPr>
      <w:r w:rsidRPr="006666CC">
        <w:rPr>
          <w:rFonts w:ascii="Arial" w:hAnsi="Arial"/>
          <w:color w:val="646464"/>
          <w:sz w:val="14"/>
          <w:szCs w:val="12"/>
        </w:rPr>
        <w:t>SECRETARÍA DE VINCULACIÓN UNIVERSITARIA | DEPARTAMENTO DE SERVICIO SOCIAL</w:t>
      </w:r>
      <w:r w:rsidRPr="006666CC">
        <w:rPr>
          <w:rFonts w:ascii="Arial" w:hAnsi="Arial"/>
          <w:color w:val="646464"/>
          <w:sz w:val="14"/>
          <w:szCs w:val="12"/>
        </w:rPr>
        <w:tab/>
      </w:r>
      <w:r w:rsidRPr="006666CC">
        <w:rPr>
          <w:rFonts w:ascii="Arial" w:hAnsi="Arial"/>
          <w:color w:val="646464"/>
          <w:sz w:val="14"/>
          <w:szCs w:val="12"/>
        </w:rPr>
        <w:tab/>
      </w:r>
      <w:r>
        <w:rPr>
          <w:rFonts w:ascii="Arial" w:hAnsi="Arial"/>
          <w:color w:val="646464"/>
          <w:sz w:val="14"/>
          <w:szCs w:val="12"/>
        </w:rPr>
        <w:tab/>
      </w:r>
      <w:r>
        <w:rPr>
          <w:rFonts w:ascii="Arial" w:hAnsi="Arial"/>
          <w:color w:val="646464"/>
          <w:sz w:val="14"/>
          <w:szCs w:val="12"/>
        </w:rPr>
        <w:tab/>
      </w:r>
      <w:r w:rsidR="00FB42D4">
        <w:rPr>
          <w:rFonts w:ascii="Arial" w:hAnsi="Arial"/>
          <w:b/>
          <w:color w:val="002B49"/>
          <w:sz w:val="14"/>
          <w:szCs w:val="12"/>
        </w:rPr>
        <w:tab/>
      </w:r>
      <w:r w:rsidRPr="006666CC">
        <w:rPr>
          <w:rFonts w:ascii="Arial" w:hAnsi="Arial"/>
          <w:b/>
          <w:color w:val="002B49"/>
          <w:sz w:val="14"/>
          <w:szCs w:val="12"/>
        </w:rPr>
        <w:t>SVU-DSS-FRM-04</w:t>
      </w:r>
    </w:p>
    <w:sectPr w:rsidR="006666CC" w:rsidRPr="006666CC" w:rsidSect="00034616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69D4"/>
    <w:rsid w:val="0029639D"/>
    <w:rsid w:val="00326F90"/>
    <w:rsid w:val="00484116"/>
    <w:rsid w:val="004D3F36"/>
    <w:rsid w:val="006666CC"/>
    <w:rsid w:val="00737366"/>
    <w:rsid w:val="00AA1D8D"/>
    <w:rsid w:val="00B47730"/>
    <w:rsid w:val="00CB0664"/>
    <w:rsid w:val="00DB5052"/>
    <w:rsid w:val="00FB42D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FCD374"/>
  <w14:defaultImageDpi w14:val="300"/>
  <w15:docId w15:val="{E06E500F-C197-4906-B240-55202F57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09AF20-F81C-4DDA-9A80-0241AEBC3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IRMA ESPARZA</cp:lastModifiedBy>
  <cp:revision>2</cp:revision>
  <dcterms:created xsi:type="dcterms:W3CDTF">2026-08-24T13:39:00Z</dcterms:created>
  <dcterms:modified xsi:type="dcterms:W3CDTF">2026-08-24T13:39:00Z</dcterms:modified>
  <cp:category/>
</cp:coreProperties>
</file>